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CB79B" w14:textId="77777777" w:rsidR="00AC49DF" w:rsidRDefault="009A66D8">
      <w:pPr>
        <w:spacing w:after="20"/>
        <w:jc w:val="center"/>
      </w:pPr>
      <w:r>
        <w:rPr>
          <w:b/>
          <w:color w:val="1F4E79"/>
          <w:sz w:val="22"/>
        </w:rPr>
        <w:t>THE AMERICAN LEGION</w:t>
      </w:r>
      <w:r>
        <w:rPr>
          <w:b/>
          <w:color w:val="1F4E79"/>
          <w:sz w:val="22"/>
        </w:rPr>
        <w:br/>
        <w:t>DEPARTMENT OF MONTANA</w:t>
      </w:r>
    </w:p>
    <w:p w14:paraId="456C8C9A" w14:textId="77777777" w:rsidR="00AC49DF" w:rsidRDefault="009A66D8">
      <w:pPr>
        <w:pStyle w:val="FormTitle"/>
        <w:spacing w:after="0"/>
        <w:jc w:val="center"/>
      </w:pPr>
      <w:r>
        <w:t>2026 FALL LEGION COLLEGE</w:t>
      </w:r>
    </w:p>
    <w:p w14:paraId="705ABADF" w14:textId="77777777" w:rsidR="00AC49DF" w:rsidRDefault="009A66D8">
      <w:pPr>
        <w:pStyle w:val="FormSub"/>
        <w:spacing w:after="100"/>
        <w:jc w:val="center"/>
      </w:pPr>
      <w:r>
        <w:t>REGISTRATION FORM  |  OCTOBER 1-2, 2026  |  HELENA, MONTANA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23"/>
        <w:gridCol w:w="5323"/>
      </w:tblGrid>
      <w:tr w:rsidR="00AC49DF" w14:paraId="21F3BC0C" w14:textId="77777777">
        <w:trPr>
          <w:jc w:val="center"/>
        </w:trPr>
        <w:tc>
          <w:tcPr>
            <w:tcW w:w="5328" w:type="dxa"/>
            <w:shd w:val="clear" w:color="auto" w:fill="D9EAF7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3BFEF6D" w14:textId="77777777" w:rsidR="00AC49DF" w:rsidRDefault="009A66D8">
            <w:r>
              <w:rPr>
                <w:b/>
              </w:rPr>
              <w:t>College Location</w:t>
            </w:r>
          </w:p>
        </w:tc>
        <w:tc>
          <w:tcPr>
            <w:tcW w:w="5328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5511086" w14:textId="77777777" w:rsidR="00AC49DF" w:rsidRDefault="009A66D8">
            <w:r>
              <w:t>Fort Harrison - RTI Building 68, Helena, Montana</w:t>
            </w:r>
          </w:p>
        </w:tc>
      </w:tr>
      <w:tr w:rsidR="00AC49DF" w14:paraId="43908582" w14:textId="77777777">
        <w:trPr>
          <w:jc w:val="center"/>
        </w:trPr>
        <w:tc>
          <w:tcPr>
            <w:tcW w:w="5328" w:type="dxa"/>
            <w:shd w:val="clear" w:color="auto" w:fill="D9EAF7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E81EA42" w14:textId="77777777" w:rsidR="00AC49DF" w:rsidRDefault="009A66D8">
            <w:r>
              <w:rPr>
                <w:b/>
              </w:rPr>
              <w:t>Registration Fee</w:t>
            </w:r>
          </w:p>
        </w:tc>
        <w:tc>
          <w:tcPr>
            <w:tcW w:w="5328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904ADE8" w14:textId="77777777" w:rsidR="00AC49DF" w:rsidRDefault="009A66D8">
            <w:r>
              <w:t>$70 per attendee</w:t>
            </w:r>
          </w:p>
        </w:tc>
      </w:tr>
      <w:tr w:rsidR="00AC49DF" w14:paraId="0F1F5808" w14:textId="77777777">
        <w:trPr>
          <w:jc w:val="center"/>
        </w:trPr>
        <w:tc>
          <w:tcPr>
            <w:tcW w:w="5328" w:type="dxa"/>
            <w:shd w:val="clear" w:color="auto" w:fill="D9EAF7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A5E992E" w14:textId="77777777" w:rsidR="00AC49DF" w:rsidRDefault="009A66D8">
            <w:r>
              <w:rPr>
                <w:b/>
              </w:rPr>
              <w:t>Fee Includes</w:t>
            </w:r>
          </w:p>
        </w:tc>
        <w:tc>
          <w:tcPr>
            <w:tcW w:w="5328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A274218" w14:textId="77777777" w:rsidR="00AC49DF" w:rsidRDefault="009A66D8">
            <w:r>
              <w:t>Dinner and class activity on October 1; working lunch on October 2; water and soft drinks during College.</w:t>
            </w:r>
          </w:p>
        </w:tc>
      </w:tr>
    </w:tbl>
    <w:p w14:paraId="4080DF0E" w14:textId="77777777" w:rsidR="00AC49DF" w:rsidRDefault="009A66D8">
      <w:pPr>
        <w:spacing w:before="60" w:after="100"/>
      </w:pPr>
      <w:r>
        <w:rPr>
          <w:b/>
          <w:color w:val="7F0000"/>
        </w:rPr>
        <w:t xml:space="preserve">IMPORTANT: </w:t>
      </w:r>
      <w:r>
        <w:rPr>
          <w:b/>
        </w:rPr>
        <w:t>Lunch on Thursday, October 1 is on your own and is NOT included in the registration fee.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AC49DF" w14:paraId="54C93AD6" w14:textId="77777777">
        <w:trPr>
          <w:jc w:val="center"/>
        </w:trPr>
        <w:tc>
          <w:tcPr>
            <w:tcW w:w="10656" w:type="dxa"/>
            <w:shd w:val="clear" w:color="auto" w:fill="1F4E7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FA061C" w14:textId="77777777" w:rsidR="00AC49DF" w:rsidRDefault="009A66D8">
            <w:pPr>
              <w:pStyle w:val="SectionHead"/>
              <w:spacing w:after="0"/>
            </w:pPr>
            <w:r>
              <w:t>ATTENDEE INFORMATION</w:t>
            </w:r>
          </w:p>
        </w:tc>
      </w:tr>
    </w:tbl>
    <w:p w14:paraId="46E2F557" w14:textId="77777777" w:rsidR="00AC49DF" w:rsidRDefault="009A66D8">
      <w:pPr>
        <w:spacing w:after="60"/>
      </w:pPr>
      <w:r>
        <w:rPr>
          <w:b/>
        </w:rPr>
        <w:t>Name:</w:t>
      </w:r>
      <w:r>
        <w:t xml:space="preserve"> _________________________________________________________________</w:t>
      </w:r>
    </w:p>
    <w:p w14:paraId="0BEADD08" w14:textId="77777777" w:rsidR="00AC49DF" w:rsidRDefault="009A66D8">
      <w:pPr>
        <w:spacing w:after="60"/>
      </w:pPr>
      <w:r>
        <w:rPr>
          <w:b/>
        </w:rPr>
        <w:t>Post No. / City:</w:t>
      </w:r>
      <w:r>
        <w:t xml:space="preserve"> _________________________________________________________________</w:t>
      </w:r>
    </w:p>
    <w:p w14:paraId="4C2E27E4" w14:textId="77777777" w:rsidR="00AC49DF" w:rsidRDefault="009A66D8">
      <w:pPr>
        <w:spacing w:after="60"/>
      </w:pPr>
      <w:r>
        <w:rPr>
          <w:b/>
        </w:rPr>
        <w:t>District:</w:t>
      </w:r>
      <w:r>
        <w:t xml:space="preserve"> _________________________________________________________________</w:t>
      </w:r>
    </w:p>
    <w:p w14:paraId="21BD2135" w14:textId="77777777" w:rsidR="00AC49DF" w:rsidRDefault="009A66D8">
      <w:pPr>
        <w:spacing w:after="60"/>
      </w:pPr>
      <w:r>
        <w:rPr>
          <w:b/>
        </w:rPr>
        <w:t>Phone:</w:t>
      </w:r>
      <w:r>
        <w:t xml:space="preserve"> _________________________________________________________________</w:t>
      </w:r>
    </w:p>
    <w:p w14:paraId="6FAFBDC0" w14:textId="77777777" w:rsidR="00AC49DF" w:rsidRDefault="009A66D8">
      <w:pPr>
        <w:spacing w:after="60"/>
      </w:pPr>
      <w:r>
        <w:rPr>
          <w:b/>
        </w:rPr>
        <w:t>Email:</w:t>
      </w:r>
      <w:r>
        <w:t xml:space="preserve"> _________________________________________________________________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AC49DF" w14:paraId="1D854ACF" w14:textId="77777777">
        <w:trPr>
          <w:jc w:val="center"/>
        </w:trPr>
        <w:tc>
          <w:tcPr>
            <w:tcW w:w="10656" w:type="dxa"/>
            <w:shd w:val="clear" w:color="auto" w:fill="1F4E7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40F643D" w14:textId="77777777" w:rsidR="00AC49DF" w:rsidRDefault="009A66D8">
            <w:pPr>
              <w:pStyle w:val="SectionHead"/>
              <w:spacing w:after="0"/>
            </w:pPr>
            <w:r>
              <w:t>MEALS, DIETARY NEEDS &amp; ACCESSIBILITY</w:t>
            </w:r>
          </w:p>
        </w:tc>
      </w:tr>
    </w:tbl>
    <w:p w14:paraId="1D93A817" w14:textId="77777777" w:rsidR="00AC49DF" w:rsidRDefault="009A66D8">
      <w:pPr>
        <w:spacing w:after="40"/>
      </w:pPr>
      <w:r>
        <w:rPr>
          <w:b/>
        </w:rPr>
        <w:t>Please list any food allergies, dietary restrictions, or accessibility needs we should plan for:</w:t>
      </w:r>
    </w:p>
    <w:p w14:paraId="44A4395F" w14:textId="77777777" w:rsidR="00AC49DF" w:rsidRDefault="009A66D8">
      <w:pPr>
        <w:spacing w:after="20"/>
      </w:pPr>
      <w:r>
        <w:t>_________________________________________________________________________________________________________</w:t>
      </w:r>
    </w:p>
    <w:p w14:paraId="6B39C222" w14:textId="77777777" w:rsidR="00AC49DF" w:rsidRDefault="009A66D8">
      <w:pPr>
        <w:spacing w:after="80"/>
      </w:pPr>
      <w:r>
        <w:t>_________________________________________________________________________________________________________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AC49DF" w14:paraId="2FA7C810" w14:textId="77777777">
        <w:trPr>
          <w:jc w:val="center"/>
        </w:trPr>
        <w:tc>
          <w:tcPr>
            <w:tcW w:w="10656" w:type="dxa"/>
            <w:shd w:val="clear" w:color="auto" w:fill="1F4E7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1D97D47" w14:textId="77777777" w:rsidR="00AC49DF" w:rsidRDefault="009A66D8">
            <w:pPr>
              <w:pStyle w:val="SectionHead"/>
              <w:spacing w:after="0"/>
            </w:pPr>
            <w:r>
              <w:t>COLLEGE SCHEDULE &amp; INCLUDED ACTIVITIES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48"/>
        <w:gridCol w:w="3549"/>
        <w:gridCol w:w="3549"/>
      </w:tblGrid>
      <w:tr w:rsidR="00AC49DF" w14:paraId="5B1B8867" w14:textId="77777777">
        <w:trPr>
          <w:jc w:val="center"/>
        </w:trPr>
        <w:tc>
          <w:tcPr>
            <w:tcW w:w="3552" w:type="dxa"/>
            <w:shd w:val="clear" w:color="auto" w:fill="D9EAF7"/>
          </w:tcPr>
          <w:p w14:paraId="52B2DB4A" w14:textId="77777777" w:rsidR="00AC49DF" w:rsidRDefault="009A66D8">
            <w:r>
              <w:rPr>
                <w:b/>
              </w:rPr>
              <w:t>Date / Time</w:t>
            </w:r>
          </w:p>
        </w:tc>
        <w:tc>
          <w:tcPr>
            <w:tcW w:w="3552" w:type="dxa"/>
            <w:shd w:val="clear" w:color="auto" w:fill="D9EAF7"/>
          </w:tcPr>
          <w:p w14:paraId="329378AE" w14:textId="77777777" w:rsidR="00AC49DF" w:rsidRDefault="009A66D8">
            <w:r>
              <w:rPr>
                <w:b/>
              </w:rPr>
              <w:t>Activity</w:t>
            </w:r>
          </w:p>
        </w:tc>
        <w:tc>
          <w:tcPr>
            <w:tcW w:w="3552" w:type="dxa"/>
            <w:shd w:val="clear" w:color="auto" w:fill="D9EAF7"/>
          </w:tcPr>
          <w:p w14:paraId="5E897A09" w14:textId="77777777" w:rsidR="00AC49DF" w:rsidRDefault="009A66D8">
            <w:r>
              <w:rPr>
                <w:b/>
              </w:rPr>
              <w:t>Fee Status</w:t>
            </w:r>
          </w:p>
        </w:tc>
      </w:tr>
      <w:tr w:rsidR="00AC49DF" w14:paraId="097F42CC" w14:textId="77777777">
        <w:trPr>
          <w:jc w:val="center"/>
        </w:trPr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A4CCF27" w14:textId="77777777" w:rsidR="00AC49DF" w:rsidRDefault="009A66D8">
            <w:r>
              <w:t>Wed., Sept. 30 - 6:30 p.m.</w:t>
            </w:r>
          </w:p>
        </w:tc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FB3EF0B" w14:textId="77777777" w:rsidR="00AC49DF" w:rsidRDefault="009A66D8">
            <w:r>
              <w:t>Optional Paint &amp; Pint Night - American Legion Post 2</w:t>
            </w:r>
          </w:p>
        </w:tc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4E67E12" w14:textId="77777777" w:rsidR="00AC49DF" w:rsidRDefault="009A66D8">
            <w:r>
              <w:t>$25 optional - drinks separate</w:t>
            </w:r>
          </w:p>
        </w:tc>
      </w:tr>
      <w:tr w:rsidR="00AC49DF" w14:paraId="4D5F7A02" w14:textId="77777777">
        <w:trPr>
          <w:jc w:val="center"/>
        </w:trPr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2323FCF" w14:textId="77777777" w:rsidR="00AC49DF" w:rsidRDefault="009A66D8">
            <w:r>
              <w:t>Thurs., Oct. 1 - 8:00 a.m.-12:00 p.m.</w:t>
            </w:r>
          </w:p>
        </w:tc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CC6CEC8" w14:textId="77777777" w:rsidR="00AC49DF" w:rsidRDefault="009A66D8">
            <w:r>
              <w:t>Legion College classes</w:t>
            </w:r>
          </w:p>
        </w:tc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1F77565" w14:textId="77777777" w:rsidR="00AC49DF" w:rsidRDefault="009A66D8">
            <w:r>
              <w:t>Included</w:t>
            </w:r>
          </w:p>
        </w:tc>
      </w:tr>
      <w:tr w:rsidR="00AC49DF" w14:paraId="3443F863" w14:textId="77777777">
        <w:trPr>
          <w:jc w:val="center"/>
        </w:trPr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2D88228" w14:textId="77777777" w:rsidR="00AC49DF" w:rsidRDefault="009A66D8">
            <w:r>
              <w:t>Thurs., Oct. 1 - 12:00-1:30 p.m.</w:t>
            </w:r>
          </w:p>
        </w:tc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70613CC" w14:textId="77777777" w:rsidR="00AC49DF" w:rsidRDefault="009A66D8">
            <w:r>
              <w:t>Lunch break - meal on your own</w:t>
            </w:r>
          </w:p>
        </w:tc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F3235BA" w14:textId="77777777" w:rsidR="00AC49DF" w:rsidRDefault="009A66D8">
            <w:r>
              <w:t>NOT included</w:t>
            </w:r>
          </w:p>
        </w:tc>
      </w:tr>
      <w:tr w:rsidR="00AC49DF" w14:paraId="4C3D4675" w14:textId="77777777">
        <w:trPr>
          <w:jc w:val="center"/>
        </w:trPr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E9CC34F" w14:textId="77777777" w:rsidR="00AC49DF" w:rsidRDefault="009A66D8">
            <w:r>
              <w:t>Thurs., Oct. 1 - 1:30-5:30 p.m.</w:t>
            </w:r>
          </w:p>
        </w:tc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EFD8344" w14:textId="77777777" w:rsidR="00AC49DF" w:rsidRDefault="009A66D8">
            <w:r>
              <w:t>Legion College classes</w:t>
            </w:r>
          </w:p>
        </w:tc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EA1B22C" w14:textId="77777777" w:rsidR="00AC49DF" w:rsidRDefault="009A66D8">
            <w:r>
              <w:t>Included</w:t>
            </w:r>
          </w:p>
        </w:tc>
      </w:tr>
      <w:tr w:rsidR="00AC49DF" w14:paraId="5BC89BEB" w14:textId="77777777">
        <w:trPr>
          <w:jc w:val="center"/>
        </w:trPr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5C4D5BC" w14:textId="77777777" w:rsidR="00AC49DF" w:rsidRDefault="009A66D8">
            <w:r>
              <w:t>Thurs., Oct. 1 - 6:30 p.m.</w:t>
            </w:r>
          </w:p>
        </w:tc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B488854" w14:textId="636411CF" w:rsidR="00AC49DF" w:rsidRDefault="009A66D8">
            <w:r>
              <w:t xml:space="preserve">Group dinner </w:t>
            </w:r>
          </w:p>
        </w:tc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8A2E219" w14:textId="77777777" w:rsidR="00AC49DF" w:rsidRDefault="009A66D8">
            <w:r>
              <w:t>Included</w:t>
            </w:r>
          </w:p>
        </w:tc>
      </w:tr>
      <w:tr w:rsidR="00AC49DF" w14:paraId="4FC90F2A" w14:textId="77777777">
        <w:trPr>
          <w:jc w:val="center"/>
        </w:trPr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A12611C" w14:textId="77777777" w:rsidR="00AC49DF" w:rsidRDefault="009A66D8">
            <w:r>
              <w:t>Fri., Oct. 2 - 8:00 a.m.-2:00 p.m.</w:t>
            </w:r>
          </w:p>
        </w:tc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E2447BC" w14:textId="77777777" w:rsidR="00AC49DF" w:rsidRDefault="009A66D8">
            <w:r>
              <w:t>Legion College classes + working lunch</w:t>
            </w:r>
          </w:p>
        </w:tc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0E0EBF7" w14:textId="77777777" w:rsidR="00AC49DF" w:rsidRDefault="009A66D8">
            <w:r>
              <w:t>Included</w:t>
            </w:r>
          </w:p>
        </w:tc>
      </w:tr>
      <w:tr w:rsidR="00AC49DF" w14:paraId="7D94F78D" w14:textId="77777777">
        <w:trPr>
          <w:jc w:val="center"/>
        </w:trPr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F578D15" w14:textId="77777777" w:rsidR="00AC49DF" w:rsidRDefault="009A66D8">
            <w:r>
              <w:t>Fri., Oct. 2 - 2:30 p.m.</w:t>
            </w:r>
          </w:p>
        </w:tc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CCC473B" w14:textId="77777777" w:rsidR="00AC49DF" w:rsidRDefault="009A66D8">
            <w:r>
              <w:t>Graduation</w:t>
            </w:r>
          </w:p>
        </w:tc>
        <w:tc>
          <w:tcPr>
            <w:tcW w:w="355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3D56BCB" w14:textId="77777777" w:rsidR="00AC49DF" w:rsidRDefault="009A66D8">
            <w:r>
              <w:t>Included</w:t>
            </w:r>
          </w:p>
        </w:tc>
      </w:tr>
    </w:tbl>
    <w:p w14:paraId="56E9CDE3" w14:textId="77777777" w:rsidR="00AC49DF" w:rsidRDefault="009A66D8">
      <w:pPr>
        <w:spacing w:before="60" w:after="80"/>
      </w:pPr>
      <w:r>
        <w:rPr>
          <w:b/>
        </w:rPr>
        <w:t xml:space="preserve">Paint &amp; Pint Night: </w:t>
      </w:r>
      <w:r>
        <w:t>Optional pre-College social event on September 30 at 6:30 p.m. at American Legion Post 2. The cost is $25 per person for the painting activity and supplies. Beverages are purchased separately from Post 2.</w:t>
      </w:r>
    </w:p>
    <w:p w14:paraId="628C6C6F" w14:textId="77777777" w:rsidR="00AC49DF" w:rsidRDefault="009A66D8">
      <w:pPr>
        <w:spacing w:after="80"/>
      </w:pPr>
      <w:r>
        <w:t>☐</w:t>
      </w:r>
      <w:r>
        <w:t xml:space="preserve"> Yes, I plan to attend Paint &amp; Pint Night (+ $25)     ☐ No, I do not plan to attend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AC49DF" w14:paraId="753C5448" w14:textId="77777777">
        <w:trPr>
          <w:jc w:val="center"/>
        </w:trPr>
        <w:tc>
          <w:tcPr>
            <w:tcW w:w="10656" w:type="dxa"/>
            <w:shd w:val="clear" w:color="auto" w:fill="1F4E7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028B88A" w14:textId="77777777" w:rsidR="00AC49DF" w:rsidRDefault="009A66D8">
            <w:pPr>
              <w:pStyle w:val="SectionHead"/>
              <w:spacing w:after="0"/>
            </w:pPr>
            <w:r>
              <w:t>REGISTRATION &amp; PAYMENT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23"/>
        <w:gridCol w:w="5323"/>
      </w:tblGrid>
      <w:tr w:rsidR="00AC49DF" w14:paraId="0F158394" w14:textId="77777777">
        <w:trPr>
          <w:jc w:val="center"/>
        </w:trPr>
        <w:tc>
          <w:tcPr>
            <w:tcW w:w="5328" w:type="dxa"/>
            <w:tcMar>
              <w:top w:w="55" w:type="dxa"/>
              <w:left w:w="75" w:type="dxa"/>
              <w:bottom w:w="55" w:type="dxa"/>
              <w:right w:w="75" w:type="dxa"/>
            </w:tcMar>
          </w:tcPr>
          <w:p w14:paraId="267A394E" w14:textId="77777777" w:rsidR="00AC49DF" w:rsidRDefault="009A66D8">
            <w:r>
              <w:rPr>
                <w:b/>
              </w:rPr>
              <w:t>College Registration</w:t>
            </w:r>
          </w:p>
        </w:tc>
        <w:tc>
          <w:tcPr>
            <w:tcW w:w="5328" w:type="dxa"/>
            <w:tcMar>
              <w:top w:w="55" w:type="dxa"/>
              <w:left w:w="75" w:type="dxa"/>
              <w:bottom w:w="55" w:type="dxa"/>
              <w:right w:w="75" w:type="dxa"/>
            </w:tcMar>
          </w:tcPr>
          <w:p w14:paraId="39F53596" w14:textId="77777777" w:rsidR="00AC49DF" w:rsidRDefault="009A66D8">
            <w:r>
              <w:t>$70.00</w:t>
            </w:r>
          </w:p>
        </w:tc>
      </w:tr>
      <w:tr w:rsidR="00AC49DF" w14:paraId="01AC4E35" w14:textId="77777777">
        <w:trPr>
          <w:jc w:val="center"/>
        </w:trPr>
        <w:tc>
          <w:tcPr>
            <w:tcW w:w="5328" w:type="dxa"/>
            <w:tcMar>
              <w:top w:w="55" w:type="dxa"/>
              <w:left w:w="75" w:type="dxa"/>
              <w:bottom w:w="55" w:type="dxa"/>
              <w:right w:w="75" w:type="dxa"/>
            </w:tcMar>
          </w:tcPr>
          <w:p w14:paraId="47656E33" w14:textId="77777777" w:rsidR="00AC49DF" w:rsidRDefault="009A66D8">
            <w:r>
              <w:rPr>
                <w:b/>
              </w:rPr>
              <w:t>Paint &amp; Pint</w:t>
            </w:r>
          </w:p>
        </w:tc>
        <w:tc>
          <w:tcPr>
            <w:tcW w:w="5328" w:type="dxa"/>
            <w:tcMar>
              <w:top w:w="55" w:type="dxa"/>
              <w:left w:w="75" w:type="dxa"/>
              <w:bottom w:w="55" w:type="dxa"/>
              <w:right w:w="75" w:type="dxa"/>
            </w:tcMar>
          </w:tcPr>
          <w:p w14:paraId="19418587" w14:textId="77777777" w:rsidR="00AC49DF" w:rsidRDefault="009A66D8">
            <w:r>
              <w:t>$25.00 optional</w:t>
            </w:r>
          </w:p>
        </w:tc>
      </w:tr>
      <w:tr w:rsidR="00AC49DF" w14:paraId="0D36DFF2" w14:textId="77777777">
        <w:trPr>
          <w:jc w:val="center"/>
        </w:trPr>
        <w:tc>
          <w:tcPr>
            <w:tcW w:w="5328" w:type="dxa"/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</w:tcPr>
          <w:p w14:paraId="4A4109A4" w14:textId="77777777" w:rsidR="00AC49DF" w:rsidRDefault="009A66D8">
            <w:r>
              <w:rPr>
                <w:b/>
              </w:rPr>
              <w:t>TOTAL DUE WITH THIS FORM</w:t>
            </w:r>
          </w:p>
        </w:tc>
        <w:tc>
          <w:tcPr>
            <w:tcW w:w="5328" w:type="dxa"/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</w:tcPr>
          <w:p w14:paraId="3C1BAFDF" w14:textId="77777777" w:rsidR="00AC49DF" w:rsidRDefault="009A66D8">
            <w:r>
              <w:t>$70 College only  /  $95 College + Paint &amp; Pint</w:t>
            </w:r>
          </w:p>
        </w:tc>
      </w:tr>
    </w:tbl>
    <w:p w14:paraId="0D3A09E7" w14:textId="77777777" w:rsidR="00AC49DF" w:rsidRDefault="009A66D8">
      <w:pPr>
        <w:spacing w:after="40"/>
      </w:pPr>
      <w:r>
        <w:rPr>
          <w:b/>
        </w:rPr>
        <w:t xml:space="preserve">Payment method: </w:t>
      </w:r>
      <w:r>
        <w:t>☐</w:t>
      </w:r>
      <w:r>
        <w:t xml:space="preserve"> Check     ☐ Cash     ☐ Other: ______________________________</w:t>
      </w:r>
    </w:p>
    <w:p w14:paraId="069AA53C" w14:textId="77777777" w:rsidR="00AC49DF" w:rsidRDefault="009A66D8">
      <w:pPr>
        <w:spacing w:after="40"/>
      </w:pPr>
      <w:r>
        <w:rPr>
          <w:b/>
        </w:rPr>
        <w:t xml:space="preserve">Make checks payable to: </w:t>
      </w:r>
      <w:r>
        <w:t>The American Legion Department of Montana</w:t>
      </w:r>
    </w:p>
    <w:p w14:paraId="75C198C1" w14:textId="7E903207" w:rsidR="00AC49DF" w:rsidRDefault="009A66D8">
      <w:pPr>
        <w:spacing w:after="40"/>
      </w:pPr>
      <w:proofErr w:type="gramStart"/>
      <w:r>
        <w:rPr>
          <w:b/>
        </w:rPr>
        <w:t>Return registration</w:t>
      </w:r>
      <w:proofErr w:type="gramEnd"/>
      <w:r>
        <w:rPr>
          <w:b/>
        </w:rPr>
        <w:t xml:space="preserve"> to: </w:t>
      </w:r>
      <w:r>
        <w:t xml:space="preserve">Department Headquarters, </w:t>
      </w:r>
      <w:r w:rsidR="0074529D">
        <w:t>PO Box 155</w:t>
      </w:r>
      <w:r>
        <w:t>, Fort Harrison, MT 59636</w:t>
      </w:r>
    </w:p>
    <w:p w14:paraId="1F0E1987" w14:textId="1E689D19" w:rsidR="00AC49DF" w:rsidRDefault="009A66D8">
      <w:pPr>
        <w:spacing w:after="80"/>
      </w:pPr>
      <w:r>
        <w:rPr>
          <w:b/>
        </w:rPr>
        <w:t xml:space="preserve">Registration deadline: </w:t>
      </w:r>
      <w:r w:rsidR="0074529D">
        <w:rPr>
          <w:b/>
        </w:rPr>
        <w:t>September 25, 2026</w:t>
      </w:r>
    </w:p>
    <w:p w14:paraId="7AF61BCB" w14:textId="04A25A05" w:rsidR="00AC49DF" w:rsidRDefault="009A66D8">
      <w:pPr>
        <w:spacing w:before="60" w:after="0"/>
        <w:jc w:val="center"/>
      </w:pPr>
      <w:r>
        <w:rPr>
          <w:b/>
          <w:sz w:val="18"/>
        </w:rPr>
        <w:t>Questions? Contact Department Headquarters</w:t>
      </w:r>
      <w:r w:rsidR="0074529D">
        <w:rPr>
          <w:b/>
          <w:sz w:val="18"/>
        </w:rPr>
        <w:t xml:space="preserve"> amlegmtsec@gmail.com</w:t>
      </w:r>
    </w:p>
    <w:sectPr w:rsidR="00AC49DF" w:rsidSect="00034616">
      <w:footerReference w:type="default" r:id="rId8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25576" w14:textId="77777777" w:rsidR="009A66D8" w:rsidRDefault="009A66D8">
      <w:pPr>
        <w:spacing w:after="0" w:line="240" w:lineRule="auto"/>
      </w:pPr>
      <w:r>
        <w:separator/>
      </w:r>
    </w:p>
  </w:endnote>
  <w:endnote w:type="continuationSeparator" w:id="0">
    <w:p w14:paraId="7FC394FC" w14:textId="77777777" w:rsidR="009A66D8" w:rsidRDefault="009A6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34CEB" w14:textId="77777777" w:rsidR="00AC49DF" w:rsidRDefault="009A66D8">
    <w:pPr>
      <w:pStyle w:val="Footer"/>
      <w:jc w:val="center"/>
    </w:pPr>
    <w:r>
      <w:rPr>
        <w:sz w:val="16"/>
      </w:rPr>
      <w:t>2026 Fall Legion College - Department of Montana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9F866" w14:textId="77777777" w:rsidR="009A66D8" w:rsidRDefault="009A66D8">
      <w:pPr>
        <w:spacing w:after="0" w:line="240" w:lineRule="auto"/>
      </w:pPr>
      <w:r>
        <w:separator/>
      </w:r>
    </w:p>
  </w:footnote>
  <w:footnote w:type="continuationSeparator" w:id="0">
    <w:p w14:paraId="50E65930" w14:textId="77777777" w:rsidR="009A66D8" w:rsidRDefault="009A6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5973420">
    <w:abstractNumId w:val="8"/>
  </w:num>
  <w:num w:numId="2" w16cid:durableId="1711882791">
    <w:abstractNumId w:val="6"/>
  </w:num>
  <w:num w:numId="3" w16cid:durableId="1086611600">
    <w:abstractNumId w:val="5"/>
  </w:num>
  <w:num w:numId="4" w16cid:durableId="1380978169">
    <w:abstractNumId w:val="4"/>
  </w:num>
  <w:num w:numId="5" w16cid:durableId="1340426687">
    <w:abstractNumId w:val="7"/>
  </w:num>
  <w:num w:numId="6" w16cid:durableId="1020353979">
    <w:abstractNumId w:val="3"/>
  </w:num>
  <w:num w:numId="7" w16cid:durableId="967122592">
    <w:abstractNumId w:val="2"/>
  </w:num>
  <w:num w:numId="8" w16cid:durableId="1590656876">
    <w:abstractNumId w:val="1"/>
  </w:num>
  <w:num w:numId="9" w16cid:durableId="704715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84F52"/>
    <w:rsid w:val="0074529D"/>
    <w:rsid w:val="009A66D8"/>
    <w:rsid w:val="00AA1D8D"/>
    <w:rsid w:val="00AC49DF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4CF4EA"/>
  <w14:defaultImageDpi w14:val="300"/>
  <w15:docId w15:val="{F41C0FCE-A4B6-4896-BCB4-4B7BF45B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Title">
    <w:name w:val="FormTitle"/>
    <w:rPr>
      <w:rFonts w:ascii="Arial" w:hAnsi="Arial"/>
      <w:b/>
      <w:color w:val="1F4E79"/>
      <w:sz w:val="36"/>
    </w:rPr>
  </w:style>
  <w:style w:type="paragraph" w:customStyle="1" w:styleId="FormSub">
    <w:name w:val="FormSub"/>
    <w:rPr>
      <w:rFonts w:ascii="Arial" w:hAnsi="Arial"/>
      <w:b/>
      <w:color w:val="7F0000"/>
    </w:rPr>
  </w:style>
  <w:style w:type="paragraph" w:customStyle="1" w:styleId="SectionHead">
    <w:name w:val="SectionHead"/>
    <w:rPr>
      <w:rFonts w:ascii="Arial" w:hAnsi="Arial"/>
      <w:b/>
      <w:color w:val="FFFFFF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Adjutant's Assistant</cp:lastModifiedBy>
  <cp:revision>2</cp:revision>
  <dcterms:created xsi:type="dcterms:W3CDTF">2026-09-14T19:27:00Z</dcterms:created>
  <dcterms:modified xsi:type="dcterms:W3CDTF">2026-09-14T19:27:00Z</dcterms:modified>
  <cp:category/>
</cp:coreProperties>
</file>